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00"/>
        <w:gridCol w:w="1656"/>
        <w:gridCol w:w="105"/>
      </w:tblGrid>
      <w:tr w:rsidR="00CB50F7" w14:paraId="5202D94F" w14:textId="77777777">
        <w:trPr>
          <w:jc w:val="center"/>
        </w:trPr>
        <w:tc>
          <w:tcPr>
            <w:tcW w:w="9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5A875" w14:textId="77777777" w:rsidR="00CB50F7" w:rsidRDefault="00000000">
            <w:pPr>
              <w:spacing w:after="40"/>
            </w:pPr>
            <w:r>
              <w:rPr>
                <w:b/>
                <w:color w:val="8A6F13"/>
                <w:sz w:val="15"/>
              </w:rPr>
              <w:t>AMEREXPERIENCE  /  GLOBAL TRAVEL</w:t>
            </w:r>
          </w:p>
          <w:p w14:paraId="7D9C507D" w14:textId="77777777" w:rsidR="00CB50F7" w:rsidRDefault="00000000">
            <w:pPr>
              <w:spacing w:after="40"/>
            </w:pPr>
            <w:r>
              <w:rPr>
                <w:b/>
                <w:sz w:val="42"/>
              </w:rPr>
              <w:t>Worldwide Trip Planner</w:t>
            </w:r>
          </w:p>
          <w:p w14:paraId="70C8D041" w14:textId="1DB64377" w:rsidR="00CB50F7" w:rsidRDefault="00000000">
            <w:pPr>
              <w:spacing w:after="60" w:line="252" w:lineRule="auto"/>
            </w:pPr>
            <w:r>
              <w:rPr>
                <w:color w:val="666666"/>
              </w:rPr>
              <w:t>A flexible planning pack for any destination, trip length or travel style.</w:t>
            </w:r>
          </w:p>
        </w:tc>
        <w:tc>
          <w:tcPr>
            <w:tcW w:w="1656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A4FC3" w14:textId="77777777" w:rsidR="00CB50F7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1C26031" wp14:editId="48F11B28">
                  <wp:extent cx="768096" cy="99570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seño sin título - 2(1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096" cy="995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50F7" w14:paraId="04D597D9" w14:textId="77777777">
        <w:trPr>
          <w:gridAfter w:val="1"/>
          <w:wAfter w:w="105" w:type="dxa"/>
          <w:jc w:val="center"/>
        </w:trPr>
        <w:tc>
          <w:tcPr>
            <w:tcW w:w="10656" w:type="dxa"/>
            <w:gridSpan w:val="2"/>
            <w:tcBorders>
              <w:top w:val="single" w:sz="4" w:space="0" w:color="E0D6B6"/>
              <w:left w:val="single" w:sz="4" w:space="0" w:color="E0D6B6"/>
              <w:bottom w:val="single" w:sz="4" w:space="0" w:color="E0D6B6"/>
              <w:right w:val="single" w:sz="4" w:space="0" w:color="E0D6B6"/>
            </w:tcBorders>
            <w:shd w:val="clear" w:color="auto" w:fill="F4EED8"/>
            <w:tcMar>
              <w:top w:w="45" w:type="dxa"/>
              <w:left w:w="105" w:type="dxa"/>
              <w:bottom w:w="45" w:type="dxa"/>
              <w:right w:w="105" w:type="dxa"/>
            </w:tcMar>
          </w:tcPr>
          <w:p w14:paraId="52579400" w14:textId="77777777" w:rsidR="00CB50F7" w:rsidRDefault="00000000">
            <w:r>
              <w:rPr>
                <w:b/>
                <w:sz w:val="16"/>
              </w:rPr>
              <w:t>TRIP OVERVIEW</w:t>
            </w:r>
          </w:p>
        </w:tc>
      </w:tr>
    </w:tbl>
    <w:p w14:paraId="112F1D20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1327F5C2" w14:textId="77777777">
        <w:trPr>
          <w:trHeight w:val="749"/>
          <w:jc w:val="center"/>
        </w:trPr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577D1E6E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TRIP NAME</w:t>
            </w:r>
          </w:p>
          <w:p w14:paraId="76053893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41585EB5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MAIN DESTINATION OR ROUTE</w:t>
            </w:r>
          </w:p>
          <w:p w14:paraId="7636109B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7F0BD915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CB50F7" w14:paraId="6B1E42CF" w14:textId="77777777">
        <w:trPr>
          <w:trHeight w:val="749"/>
          <w:jc w:val="center"/>
        </w:trPr>
        <w:tc>
          <w:tcPr>
            <w:tcW w:w="355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0493F105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START DATE</w:t>
            </w:r>
          </w:p>
          <w:p w14:paraId="3A91FFFE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355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0E168F70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END DATE</w:t>
            </w:r>
          </w:p>
          <w:p w14:paraId="12897F33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355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3FE19441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TRAVELERS</w:t>
            </w:r>
          </w:p>
          <w:p w14:paraId="4C015B74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02F5FEF5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14574DBA" w14:textId="77777777">
        <w:trPr>
          <w:trHeight w:val="749"/>
          <w:jc w:val="center"/>
        </w:trPr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3242A4F1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STARTING CITY OR AIRPORT</w:t>
            </w:r>
          </w:p>
          <w:p w14:paraId="41BE8446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44E5504A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TRIP STYLE OR PURPOSE</w:t>
            </w:r>
          </w:p>
          <w:p w14:paraId="2C45FF13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744D9988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1793E6EB" w14:textId="77777777">
        <w:trPr>
          <w:trHeight w:val="1080"/>
          <w:jc w:val="center"/>
        </w:trPr>
        <w:tc>
          <w:tcPr>
            <w:tcW w:w="1065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6007E2C0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TOP PRIORITIES AND PLACES YOU WANT TO EXPERIENCE</w:t>
            </w:r>
          </w:p>
          <w:p w14:paraId="2992D29E" w14:textId="77777777" w:rsidR="00CB50F7" w:rsidRDefault="00000000">
            <w:pPr>
              <w:spacing w:line="300" w:lineRule="auto"/>
            </w:pPr>
            <w:r>
              <w:t xml:space="preserve"> </w:t>
            </w:r>
          </w:p>
          <w:p w14:paraId="00A6BC56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200E7747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2D76232C" w14:textId="77777777">
        <w:trPr>
          <w:trHeight w:val="936"/>
          <w:jc w:val="center"/>
        </w:trPr>
        <w:tc>
          <w:tcPr>
            <w:tcW w:w="1065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66029CB8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IMPORTANT NOTES, ACCESSIBILITY NEEDS OR DETAILS TO CONFIRM</w:t>
            </w:r>
          </w:p>
          <w:p w14:paraId="0D4330B3" w14:textId="77777777" w:rsidR="00CB50F7" w:rsidRDefault="00000000">
            <w:pPr>
              <w:spacing w:line="300" w:lineRule="auto"/>
            </w:pPr>
            <w:r>
              <w:t xml:space="preserve"> </w:t>
            </w:r>
          </w:p>
          <w:p w14:paraId="65B009D5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28300CF4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47E38237" w14:textId="77777777">
        <w:trPr>
          <w:jc w:val="center"/>
        </w:trPr>
        <w:tc>
          <w:tcPr>
            <w:tcW w:w="10656" w:type="dxa"/>
            <w:tcBorders>
              <w:top w:val="single" w:sz="4" w:space="0" w:color="E0D6B6"/>
              <w:left w:val="single" w:sz="4" w:space="0" w:color="E0D6B6"/>
              <w:bottom w:val="single" w:sz="4" w:space="0" w:color="E0D6B6"/>
              <w:right w:val="single" w:sz="4" w:space="0" w:color="E0D6B6"/>
            </w:tcBorders>
            <w:shd w:val="clear" w:color="auto" w:fill="F4EED8"/>
            <w:tcMar>
              <w:top w:w="45" w:type="dxa"/>
              <w:left w:w="105" w:type="dxa"/>
              <w:bottom w:w="45" w:type="dxa"/>
              <w:right w:w="105" w:type="dxa"/>
            </w:tcMar>
          </w:tcPr>
          <w:p w14:paraId="566DA86F" w14:textId="77777777" w:rsidR="00CB50F7" w:rsidRDefault="00000000">
            <w:r>
              <w:rPr>
                <w:b/>
                <w:sz w:val="16"/>
              </w:rPr>
              <w:t>PLAN WITH AMEREXPERIENCE</w:t>
            </w:r>
          </w:p>
        </w:tc>
      </w:tr>
    </w:tbl>
    <w:p w14:paraId="7E07544A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392D1B57" w14:textId="77777777">
        <w:trPr>
          <w:jc w:val="center"/>
        </w:trPr>
        <w:tc>
          <w:tcPr>
            <w:tcW w:w="5328" w:type="dxa"/>
            <w:tcBorders>
              <w:top w:val="single" w:sz="6" w:space="0" w:color="D8CFAD"/>
              <w:left w:val="single" w:sz="6" w:space="0" w:color="D8CFAD"/>
              <w:bottom w:val="single" w:sz="6" w:space="0" w:color="D8CFAD"/>
              <w:right w:val="single" w:sz="6" w:space="0" w:color="D8CFAD"/>
            </w:tcBorders>
            <w:shd w:val="clear" w:color="auto" w:fill="FBFAF5"/>
            <w:tcMar>
              <w:top w:w="85" w:type="dxa"/>
              <w:left w:w="115" w:type="dxa"/>
              <w:bottom w:w="85" w:type="dxa"/>
              <w:right w:w="115" w:type="dxa"/>
            </w:tcMar>
          </w:tcPr>
          <w:p w14:paraId="7A3992B1" w14:textId="77777777" w:rsidR="00CB50F7" w:rsidRDefault="00000000">
            <w:hyperlink r:id="rId9">
              <w:r>
                <w:rPr>
                  <w:color w:val="8A6F13"/>
                  <w:sz w:val="16"/>
                  <w:u w:val="single"/>
                </w:rPr>
                <w:t>Browse 200+ Global Travel Guides</w:t>
              </w:r>
            </w:hyperlink>
          </w:p>
        </w:tc>
        <w:tc>
          <w:tcPr>
            <w:tcW w:w="5328" w:type="dxa"/>
            <w:tcBorders>
              <w:top w:val="single" w:sz="6" w:space="0" w:color="D8CFAD"/>
              <w:left w:val="single" w:sz="6" w:space="0" w:color="D8CFAD"/>
              <w:bottom w:val="single" w:sz="6" w:space="0" w:color="D8CFAD"/>
              <w:right w:val="single" w:sz="6" w:space="0" w:color="D8CFAD"/>
            </w:tcBorders>
            <w:shd w:val="clear" w:color="auto" w:fill="FBFAF5"/>
            <w:tcMar>
              <w:top w:w="85" w:type="dxa"/>
              <w:left w:w="115" w:type="dxa"/>
              <w:bottom w:w="85" w:type="dxa"/>
              <w:right w:w="115" w:type="dxa"/>
            </w:tcMar>
          </w:tcPr>
          <w:p w14:paraId="0DBD7B3A" w14:textId="77777777" w:rsidR="00CB50F7" w:rsidRDefault="00000000">
            <w:hyperlink r:id="rId10">
              <w:r>
                <w:rPr>
                  <w:color w:val="8A6F13"/>
                  <w:sz w:val="16"/>
                  <w:u w:val="single"/>
                </w:rPr>
                <w:t>Find Tours and Activities</w:t>
              </w:r>
            </w:hyperlink>
          </w:p>
        </w:tc>
      </w:tr>
      <w:tr w:rsidR="00CB50F7" w14:paraId="2EB8926C" w14:textId="77777777">
        <w:trPr>
          <w:jc w:val="center"/>
        </w:trPr>
        <w:tc>
          <w:tcPr>
            <w:tcW w:w="5328" w:type="dxa"/>
            <w:tcBorders>
              <w:top w:val="single" w:sz="6" w:space="0" w:color="D8CFAD"/>
              <w:left w:val="single" w:sz="6" w:space="0" w:color="D8CFAD"/>
              <w:bottom w:val="single" w:sz="6" w:space="0" w:color="D8CFAD"/>
              <w:right w:val="single" w:sz="6" w:space="0" w:color="D8CFAD"/>
            </w:tcBorders>
            <w:shd w:val="clear" w:color="auto" w:fill="FBFAF5"/>
            <w:tcMar>
              <w:top w:w="85" w:type="dxa"/>
              <w:left w:w="115" w:type="dxa"/>
              <w:bottom w:w="85" w:type="dxa"/>
              <w:right w:w="115" w:type="dxa"/>
            </w:tcMar>
          </w:tcPr>
          <w:p w14:paraId="127EA616" w14:textId="77777777" w:rsidR="00CB50F7" w:rsidRDefault="00000000">
            <w:hyperlink r:id="rId11">
              <w:r>
                <w:rPr>
                  <w:color w:val="8A6F13"/>
                  <w:sz w:val="16"/>
                  <w:u w:val="single"/>
                </w:rPr>
                <w:t>Plan Hotels and Flights</w:t>
              </w:r>
            </w:hyperlink>
          </w:p>
        </w:tc>
        <w:tc>
          <w:tcPr>
            <w:tcW w:w="5328" w:type="dxa"/>
            <w:tcBorders>
              <w:top w:val="single" w:sz="6" w:space="0" w:color="D8CFAD"/>
              <w:left w:val="single" w:sz="6" w:space="0" w:color="D8CFAD"/>
              <w:bottom w:val="single" w:sz="6" w:space="0" w:color="D8CFAD"/>
              <w:right w:val="single" w:sz="6" w:space="0" w:color="D8CFAD"/>
            </w:tcBorders>
            <w:shd w:val="clear" w:color="auto" w:fill="FBFAF5"/>
            <w:tcMar>
              <w:top w:w="85" w:type="dxa"/>
              <w:left w:w="115" w:type="dxa"/>
              <w:bottom w:w="85" w:type="dxa"/>
              <w:right w:w="115" w:type="dxa"/>
            </w:tcMar>
          </w:tcPr>
          <w:p w14:paraId="1FB6466D" w14:textId="77777777" w:rsidR="00CB50F7" w:rsidRDefault="00000000">
            <w:hyperlink r:id="rId12">
              <w:r>
                <w:rPr>
                  <w:color w:val="8A6F13"/>
                  <w:sz w:val="16"/>
                  <w:u w:val="single"/>
                </w:rPr>
                <w:t>Book Golf Tee Times</w:t>
              </w:r>
            </w:hyperlink>
          </w:p>
        </w:tc>
      </w:tr>
    </w:tbl>
    <w:p w14:paraId="79D6165E" w14:textId="77777777" w:rsidR="00CB50F7" w:rsidRDefault="00000000">
      <w:pPr>
        <w:spacing w:before="80"/>
      </w:pPr>
      <w:r>
        <w:rPr>
          <w:i/>
          <w:color w:val="666666"/>
          <w:sz w:val="14"/>
        </w:rPr>
        <w:t>Some booking links may be affiliate links. AmerExperience may earn a commission at no extra cost to you.</w:t>
      </w:r>
    </w:p>
    <w:p w14:paraId="25250BE3" w14:textId="77777777" w:rsidR="00CB50F7" w:rsidRDefault="00000000">
      <w:r>
        <w:br w:type="page"/>
      </w:r>
    </w:p>
    <w:p w14:paraId="1945C0FC" w14:textId="77777777" w:rsidR="00CB50F7" w:rsidRDefault="00000000">
      <w:pPr>
        <w:spacing w:after="40"/>
      </w:pPr>
      <w:r>
        <w:rPr>
          <w:b/>
          <w:sz w:val="36"/>
        </w:rPr>
        <w:t>Daily Itinerary</w:t>
      </w:r>
    </w:p>
    <w:p w14:paraId="24093BE5" w14:textId="77777777" w:rsidR="00CB50F7" w:rsidRDefault="00000000">
      <w:pPr>
        <w:spacing w:after="160"/>
      </w:pPr>
      <w:r>
        <w:rPr>
          <w:color w:val="666666"/>
        </w:rPr>
        <w:t>Complete one copy for each day. Leave open space between plans for meals, transit and rest.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CB50F7" w14:paraId="2EA772E7" w14:textId="77777777">
        <w:trPr>
          <w:trHeight w:val="749"/>
          <w:jc w:val="center"/>
        </w:trPr>
        <w:tc>
          <w:tcPr>
            <w:tcW w:w="355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114B8A73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TRIP NAME</w:t>
            </w:r>
          </w:p>
          <w:p w14:paraId="1A0B117B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355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35AA5BE6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DAY NUMBER</w:t>
            </w:r>
          </w:p>
          <w:p w14:paraId="63945394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355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4C574A7A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DATE</w:t>
            </w:r>
          </w:p>
          <w:p w14:paraId="4BD111DF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68EFC80E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6012C8B2" w14:textId="77777777">
        <w:trPr>
          <w:trHeight w:val="749"/>
          <w:jc w:val="center"/>
        </w:trPr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51DAAD82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BASE OR OVERNIGHT LOCATION</w:t>
            </w:r>
          </w:p>
          <w:p w14:paraId="4D3F27B2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0AE2BED8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ROUTE AND TRANSPORTATION</w:t>
            </w:r>
          </w:p>
          <w:p w14:paraId="37C01C84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4BAA3F36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295D8AC7" w14:textId="77777777">
        <w:trPr>
          <w:jc w:val="center"/>
        </w:trPr>
        <w:tc>
          <w:tcPr>
            <w:tcW w:w="10656" w:type="dxa"/>
            <w:tcBorders>
              <w:top w:val="single" w:sz="4" w:space="0" w:color="E0D6B6"/>
              <w:left w:val="single" w:sz="4" w:space="0" w:color="E0D6B6"/>
              <w:bottom w:val="single" w:sz="4" w:space="0" w:color="E0D6B6"/>
              <w:right w:val="single" w:sz="4" w:space="0" w:color="E0D6B6"/>
            </w:tcBorders>
            <w:shd w:val="clear" w:color="auto" w:fill="F4EED8"/>
            <w:tcMar>
              <w:top w:w="45" w:type="dxa"/>
              <w:left w:w="105" w:type="dxa"/>
              <w:bottom w:w="45" w:type="dxa"/>
              <w:right w:w="105" w:type="dxa"/>
            </w:tcMar>
          </w:tcPr>
          <w:p w14:paraId="5D47DFB2" w14:textId="77777777" w:rsidR="00CB50F7" w:rsidRDefault="00000000">
            <w:r>
              <w:rPr>
                <w:b/>
                <w:sz w:val="16"/>
              </w:rPr>
              <w:t>PLAN FOR THE DAY</w:t>
            </w:r>
          </w:p>
        </w:tc>
      </w:tr>
    </w:tbl>
    <w:p w14:paraId="04A1C957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9000"/>
      </w:tblGrid>
      <w:tr w:rsidR="00CB50F7" w14:paraId="5F676ED7" w14:textId="77777777">
        <w:trPr>
          <w:trHeight w:val="1123"/>
          <w:jc w:val="center"/>
        </w:trPr>
        <w:tc>
          <w:tcPr>
            <w:tcW w:w="165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4EED8"/>
            <w:tcMar>
              <w:top w:w="105" w:type="dxa"/>
              <w:left w:w="110" w:type="dxa"/>
              <w:bottom w:w="80" w:type="dxa"/>
              <w:right w:w="80" w:type="dxa"/>
            </w:tcMar>
          </w:tcPr>
          <w:p w14:paraId="4DB5C84D" w14:textId="77777777" w:rsidR="00CB50F7" w:rsidRDefault="00000000">
            <w:r>
              <w:rPr>
                <w:b/>
                <w:sz w:val="16"/>
              </w:rPr>
              <w:t>MORNING</w:t>
            </w:r>
          </w:p>
        </w:tc>
        <w:tc>
          <w:tcPr>
            <w:tcW w:w="9000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5" w:type="dxa"/>
              <w:left w:w="110" w:type="dxa"/>
              <w:bottom w:w="55" w:type="dxa"/>
              <w:right w:w="110" w:type="dxa"/>
            </w:tcMar>
          </w:tcPr>
          <w:p w14:paraId="51D20691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Time, activity, address, booking or contact</w:t>
            </w:r>
          </w:p>
          <w:p w14:paraId="0152C54B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  <w:tr w:rsidR="00CB50F7" w14:paraId="7667EE04" w14:textId="77777777">
        <w:trPr>
          <w:trHeight w:val="1123"/>
          <w:jc w:val="center"/>
        </w:trPr>
        <w:tc>
          <w:tcPr>
            <w:tcW w:w="165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4EED8"/>
            <w:tcMar>
              <w:top w:w="105" w:type="dxa"/>
              <w:left w:w="110" w:type="dxa"/>
              <w:bottom w:w="80" w:type="dxa"/>
              <w:right w:w="80" w:type="dxa"/>
            </w:tcMar>
          </w:tcPr>
          <w:p w14:paraId="1E140879" w14:textId="77777777" w:rsidR="00CB50F7" w:rsidRDefault="00000000">
            <w:r>
              <w:rPr>
                <w:b/>
                <w:sz w:val="16"/>
              </w:rPr>
              <w:t>MIDDAY</w:t>
            </w:r>
          </w:p>
        </w:tc>
        <w:tc>
          <w:tcPr>
            <w:tcW w:w="9000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5" w:type="dxa"/>
              <w:left w:w="110" w:type="dxa"/>
              <w:bottom w:w="55" w:type="dxa"/>
              <w:right w:w="110" w:type="dxa"/>
            </w:tcMar>
          </w:tcPr>
          <w:p w14:paraId="0195CB26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Time, activity, address, booking or contact</w:t>
            </w:r>
          </w:p>
          <w:p w14:paraId="6A9F2554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  <w:tr w:rsidR="00CB50F7" w14:paraId="50790360" w14:textId="77777777">
        <w:trPr>
          <w:trHeight w:val="1123"/>
          <w:jc w:val="center"/>
        </w:trPr>
        <w:tc>
          <w:tcPr>
            <w:tcW w:w="165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4EED8"/>
            <w:tcMar>
              <w:top w:w="105" w:type="dxa"/>
              <w:left w:w="110" w:type="dxa"/>
              <w:bottom w:w="80" w:type="dxa"/>
              <w:right w:w="80" w:type="dxa"/>
            </w:tcMar>
          </w:tcPr>
          <w:p w14:paraId="0C230758" w14:textId="77777777" w:rsidR="00CB50F7" w:rsidRDefault="00000000">
            <w:r>
              <w:rPr>
                <w:b/>
                <w:sz w:val="16"/>
              </w:rPr>
              <w:t>AFTERNOON</w:t>
            </w:r>
          </w:p>
        </w:tc>
        <w:tc>
          <w:tcPr>
            <w:tcW w:w="9000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5" w:type="dxa"/>
              <w:left w:w="110" w:type="dxa"/>
              <w:bottom w:w="55" w:type="dxa"/>
              <w:right w:w="110" w:type="dxa"/>
            </w:tcMar>
          </w:tcPr>
          <w:p w14:paraId="36DD600F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Time, activity, address, booking or contact</w:t>
            </w:r>
          </w:p>
          <w:p w14:paraId="65BAF5EA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  <w:tr w:rsidR="00CB50F7" w14:paraId="5AD953B9" w14:textId="77777777">
        <w:trPr>
          <w:trHeight w:val="1123"/>
          <w:jc w:val="center"/>
        </w:trPr>
        <w:tc>
          <w:tcPr>
            <w:tcW w:w="165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4EED8"/>
            <w:tcMar>
              <w:top w:w="105" w:type="dxa"/>
              <w:left w:w="110" w:type="dxa"/>
              <w:bottom w:w="80" w:type="dxa"/>
              <w:right w:w="80" w:type="dxa"/>
            </w:tcMar>
          </w:tcPr>
          <w:p w14:paraId="4D834CE5" w14:textId="77777777" w:rsidR="00CB50F7" w:rsidRDefault="00000000">
            <w:r>
              <w:rPr>
                <w:b/>
                <w:sz w:val="16"/>
              </w:rPr>
              <w:t>EVENING</w:t>
            </w:r>
          </w:p>
        </w:tc>
        <w:tc>
          <w:tcPr>
            <w:tcW w:w="9000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5" w:type="dxa"/>
              <w:left w:w="110" w:type="dxa"/>
              <w:bottom w:w="55" w:type="dxa"/>
              <w:right w:w="110" w:type="dxa"/>
            </w:tcMar>
          </w:tcPr>
          <w:p w14:paraId="4129D0EC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Time, activity, address, booking or contact</w:t>
            </w:r>
          </w:p>
          <w:p w14:paraId="7C40BE81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5E6DB998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2B5470AD" w14:textId="77777777">
        <w:trPr>
          <w:trHeight w:val="749"/>
          <w:jc w:val="center"/>
        </w:trPr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3275F0CF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CHECK-IN, TRANSPORT OR RESERVATION DETAILS</w:t>
            </w:r>
          </w:p>
          <w:p w14:paraId="71A400F3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3BC55C9E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PLAN B OR FLEXIBLE TIME</w:t>
            </w:r>
          </w:p>
          <w:p w14:paraId="1D7EFA48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6173727D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5F29E7B8" w14:textId="77777777">
        <w:trPr>
          <w:trHeight w:val="792"/>
          <w:jc w:val="center"/>
        </w:trPr>
        <w:tc>
          <w:tcPr>
            <w:tcW w:w="1065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24FC16DB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NOTES FOR THIS DAY</w:t>
            </w:r>
          </w:p>
          <w:p w14:paraId="7605832E" w14:textId="77777777" w:rsidR="00CB50F7" w:rsidRDefault="00000000">
            <w:pPr>
              <w:spacing w:line="300" w:lineRule="auto"/>
            </w:pPr>
            <w:r>
              <w:t xml:space="preserve"> </w:t>
            </w:r>
          </w:p>
          <w:p w14:paraId="4C8681AF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65AB732E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p w14:paraId="7D6E96C8" w14:textId="77777777" w:rsidR="00CB50F7" w:rsidRDefault="00000000">
      <w:pPr>
        <w:spacing w:before="60"/>
      </w:pPr>
      <w:hyperlink r:id="rId13">
        <w:r>
          <w:rPr>
            <w:color w:val="8A6F13"/>
            <w:sz w:val="16"/>
            <w:u w:val="single"/>
          </w:rPr>
          <w:t>Find tours and activities</w:t>
        </w:r>
      </w:hyperlink>
      <w:r>
        <w:rPr>
          <w:color w:val="666666"/>
          <w:sz w:val="15"/>
        </w:rPr>
        <w:t xml:space="preserve">  |  Add another copy of this page for longer trips.</w:t>
      </w:r>
    </w:p>
    <w:p w14:paraId="169B6627" w14:textId="77777777" w:rsidR="00CB50F7" w:rsidRDefault="00000000">
      <w:r>
        <w:br w:type="page"/>
      </w:r>
    </w:p>
    <w:p w14:paraId="62AAA46E" w14:textId="77777777" w:rsidR="00CB50F7" w:rsidRDefault="00000000">
      <w:pPr>
        <w:spacing w:after="40"/>
      </w:pPr>
      <w:r>
        <w:rPr>
          <w:b/>
          <w:sz w:val="36"/>
        </w:rPr>
        <w:t>Flights, Accommodation and Transport</w:t>
      </w:r>
    </w:p>
    <w:p w14:paraId="47730DFD" w14:textId="77777777" w:rsidR="00CB50F7" w:rsidRDefault="00000000">
      <w:pPr>
        <w:spacing w:after="160"/>
      </w:pPr>
      <w:r>
        <w:rPr>
          <w:color w:val="666666"/>
        </w:rPr>
        <w:t>Keep reference numbers, addresses and contact details together for offline access.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45774105" w14:textId="77777777">
        <w:trPr>
          <w:jc w:val="center"/>
        </w:trPr>
        <w:tc>
          <w:tcPr>
            <w:tcW w:w="10656" w:type="dxa"/>
            <w:tcBorders>
              <w:top w:val="single" w:sz="4" w:space="0" w:color="E0D6B6"/>
              <w:left w:val="single" w:sz="4" w:space="0" w:color="E0D6B6"/>
              <w:bottom w:val="single" w:sz="4" w:space="0" w:color="E0D6B6"/>
              <w:right w:val="single" w:sz="4" w:space="0" w:color="E0D6B6"/>
            </w:tcBorders>
            <w:shd w:val="clear" w:color="auto" w:fill="F4EED8"/>
            <w:tcMar>
              <w:top w:w="45" w:type="dxa"/>
              <w:left w:w="105" w:type="dxa"/>
              <w:bottom w:w="45" w:type="dxa"/>
              <w:right w:w="105" w:type="dxa"/>
            </w:tcMar>
          </w:tcPr>
          <w:p w14:paraId="23EC90AF" w14:textId="77777777" w:rsidR="00CB50F7" w:rsidRDefault="00000000">
            <w:r>
              <w:rPr>
                <w:b/>
                <w:sz w:val="16"/>
              </w:rPr>
              <w:t>OUTBOUND TRAVEL</w:t>
            </w:r>
          </w:p>
        </w:tc>
      </w:tr>
    </w:tbl>
    <w:p w14:paraId="0B06468B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CB50F7" w14:paraId="114BB4E3" w14:textId="77777777">
        <w:trPr>
          <w:trHeight w:val="749"/>
          <w:jc w:val="center"/>
        </w:trPr>
        <w:tc>
          <w:tcPr>
            <w:tcW w:w="355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0ACD014A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AIRLINE, TRAIN OR CARRIER</w:t>
            </w:r>
          </w:p>
          <w:p w14:paraId="75B72F99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355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0FA9F7DF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BOOKING REFERENCE</w:t>
            </w:r>
          </w:p>
          <w:p w14:paraId="0696E016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355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651F56B3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DEPARTURE DATE AND TIME</w:t>
            </w:r>
          </w:p>
          <w:p w14:paraId="7E4DFF65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20673139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1596088D" w14:textId="77777777">
        <w:trPr>
          <w:trHeight w:val="749"/>
          <w:jc w:val="center"/>
        </w:trPr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31D8197F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FROM / DEPARTURE POINT</w:t>
            </w:r>
          </w:p>
          <w:p w14:paraId="4A56E30B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025108E6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TO / ARRIVAL POINT</w:t>
            </w:r>
          </w:p>
          <w:p w14:paraId="79CF023E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37D2D593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0B79301F" w14:textId="77777777">
        <w:trPr>
          <w:jc w:val="center"/>
        </w:trPr>
        <w:tc>
          <w:tcPr>
            <w:tcW w:w="10656" w:type="dxa"/>
            <w:tcBorders>
              <w:top w:val="single" w:sz="4" w:space="0" w:color="E0D6B6"/>
              <w:left w:val="single" w:sz="4" w:space="0" w:color="E0D6B6"/>
              <w:bottom w:val="single" w:sz="4" w:space="0" w:color="E0D6B6"/>
              <w:right w:val="single" w:sz="4" w:space="0" w:color="E0D6B6"/>
            </w:tcBorders>
            <w:shd w:val="clear" w:color="auto" w:fill="F4EED8"/>
            <w:tcMar>
              <w:top w:w="45" w:type="dxa"/>
              <w:left w:w="105" w:type="dxa"/>
              <w:bottom w:w="45" w:type="dxa"/>
              <w:right w:w="105" w:type="dxa"/>
            </w:tcMar>
          </w:tcPr>
          <w:p w14:paraId="2E5845C4" w14:textId="77777777" w:rsidR="00CB50F7" w:rsidRDefault="00000000">
            <w:r>
              <w:rPr>
                <w:b/>
                <w:sz w:val="16"/>
              </w:rPr>
              <w:t>RETURN TRAVEL</w:t>
            </w:r>
          </w:p>
        </w:tc>
      </w:tr>
    </w:tbl>
    <w:p w14:paraId="4337C66A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CB50F7" w14:paraId="2110074C" w14:textId="77777777">
        <w:trPr>
          <w:trHeight w:val="749"/>
          <w:jc w:val="center"/>
        </w:trPr>
        <w:tc>
          <w:tcPr>
            <w:tcW w:w="355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4DC3B057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AIRLINE, TRAIN OR CARRIER</w:t>
            </w:r>
          </w:p>
          <w:p w14:paraId="6750DFA8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355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24A11902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BOOKING REFERENCE</w:t>
            </w:r>
          </w:p>
          <w:p w14:paraId="5349278F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355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387F7DE1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DEPARTURE DATE AND TIME</w:t>
            </w:r>
          </w:p>
          <w:p w14:paraId="0E0CEDEB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7EF4A78D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76478FBE" w14:textId="77777777">
        <w:trPr>
          <w:trHeight w:val="749"/>
          <w:jc w:val="center"/>
        </w:trPr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0ACCCE3A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FROM / DEPARTURE POINT</w:t>
            </w:r>
          </w:p>
          <w:p w14:paraId="6E10403D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007D54B5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TO / ARRIVAL POINT</w:t>
            </w:r>
          </w:p>
          <w:p w14:paraId="6327507C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32626A81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07F4D4EE" w14:textId="77777777">
        <w:trPr>
          <w:jc w:val="center"/>
        </w:trPr>
        <w:tc>
          <w:tcPr>
            <w:tcW w:w="10656" w:type="dxa"/>
            <w:tcBorders>
              <w:top w:val="single" w:sz="4" w:space="0" w:color="E0D6B6"/>
              <w:left w:val="single" w:sz="4" w:space="0" w:color="E0D6B6"/>
              <w:bottom w:val="single" w:sz="4" w:space="0" w:color="E0D6B6"/>
              <w:right w:val="single" w:sz="4" w:space="0" w:color="E0D6B6"/>
            </w:tcBorders>
            <w:shd w:val="clear" w:color="auto" w:fill="F4EED8"/>
            <w:tcMar>
              <w:top w:w="45" w:type="dxa"/>
              <w:left w:w="105" w:type="dxa"/>
              <w:bottom w:w="45" w:type="dxa"/>
              <w:right w:w="105" w:type="dxa"/>
            </w:tcMar>
          </w:tcPr>
          <w:p w14:paraId="049CA1B8" w14:textId="77777777" w:rsidR="00CB50F7" w:rsidRDefault="00000000">
            <w:r>
              <w:rPr>
                <w:b/>
                <w:sz w:val="16"/>
              </w:rPr>
              <w:t>ACCOMMODATION</w:t>
            </w:r>
          </w:p>
        </w:tc>
      </w:tr>
    </w:tbl>
    <w:p w14:paraId="56997411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1F131FA1" w14:textId="77777777">
        <w:trPr>
          <w:trHeight w:val="749"/>
          <w:jc w:val="center"/>
        </w:trPr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5806A690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PROPERTY OR HOTEL NAME</w:t>
            </w:r>
          </w:p>
          <w:p w14:paraId="1230BBDB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72A3765B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BOOKING REFERENCE</w:t>
            </w:r>
          </w:p>
          <w:p w14:paraId="04006AF0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3BB11DEF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06F3ACBF" w14:textId="77777777">
        <w:trPr>
          <w:trHeight w:val="749"/>
          <w:jc w:val="center"/>
        </w:trPr>
        <w:tc>
          <w:tcPr>
            <w:tcW w:w="1065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14D62761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STREET ADDRESS AND DIRECTIONS</w:t>
            </w:r>
          </w:p>
          <w:p w14:paraId="76B167A3" w14:textId="77777777" w:rsidR="00CB50F7" w:rsidRDefault="00000000">
            <w:pPr>
              <w:spacing w:line="300" w:lineRule="auto"/>
            </w:pPr>
            <w:r>
              <w:t xml:space="preserve"> </w:t>
            </w:r>
          </w:p>
          <w:p w14:paraId="0EE1C949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4D36C9D7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5D7640DF" w14:textId="77777777">
        <w:trPr>
          <w:trHeight w:val="749"/>
          <w:jc w:val="center"/>
        </w:trPr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49EA2E9F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CHECK-IN AND CHECK-OUT</w:t>
            </w:r>
          </w:p>
          <w:p w14:paraId="380B6AB8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2909F055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HOST OR FRONT DESK CONTACT</w:t>
            </w:r>
          </w:p>
          <w:p w14:paraId="7D55BE66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1CA3818E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20E27671" w14:textId="77777777">
        <w:trPr>
          <w:trHeight w:val="749"/>
          <w:jc w:val="center"/>
        </w:trPr>
        <w:tc>
          <w:tcPr>
            <w:tcW w:w="1065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47ADF68F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PAYMENT, CANCELLATION DEADLINE OR SPECIAL INSTRUCTIONS</w:t>
            </w:r>
          </w:p>
          <w:p w14:paraId="77D89AD8" w14:textId="77777777" w:rsidR="00CB50F7" w:rsidRDefault="00000000">
            <w:pPr>
              <w:spacing w:line="300" w:lineRule="auto"/>
            </w:pPr>
            <w:r>
              <w:t xml:space="preserve"> </w:t>
            </w:r>
          </w:p>
          <w:p w14:paraId="4BB95AF0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2AE68AF1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19A7A0AD" w14:textId="77777777">
        <w:trPr>
          <w:jc w:val="center"/>
        </w:trPr>
        <w:tc>
          <w:tcPr>
            <w:tcW w:w="10656" w:type="dxa"/>
            <w:tcBorders>
              <w:top w:val="single" w:sz="4" w:space="0" w:color="E0D6B6"/>
              <w:left w:val="single" w:sz="4" w:space="0" w:color="E0D6B6"/>
              <w:bottom w:val="single" w:sz="4" w:space="0" w:color="E0D6B6"/>
              <w:right w:val="single" w:sz="4" w:space="0" w:color="E0D6B6"/>
            </w:tcBorders>
            <w:shd w:val="clear" w:color="auto" w:fill="F4EED8"/>
            <w:tcMar>
              <w:top w:w="45" w:type="dxa"/>
              <w:left w:w="105" w:type="dxa"/>
              <w:bottom w:w="45" w:type="dxa"/>
              <w:right w:w="105" w:type="dxa"/>
            </w:tcMar>
          </w:tcPr>
          <w:p w14:paraId="696D1ABC" w14:textId="77777777" w:rsidR="00CB50F7" w:rsidRDefault="00000000">
            <w:r>
              <w:rPr>
                <w:b/>
                <w:sz w:val="16"/>
              </w:rPr>
              <w:t>LOCAL TRANSPORT AND USEFUL CONTACTS</w:t>
            </w:r>
          </w:p>
        </w:tc>
      </w:tr>
    </w:tbl>
    <w:p w14:paraId="4ECBC26C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1619B11E" w14:textId="77777777">
        <w:trPr>
          <w:trHeight w:val="749"/>
          <w:jc w:val="center"/>
        </w:trPr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79EE7E33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RENTAL CAR, RAIL PASS OR LOCAL PROVIDER</w:t>
            </w:r>
          </w:p>
          <w:p w14:paraId="4D6C69FB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532A9AF9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BOOKING REFERENCE</w:t>
            </w:r>
          </w:p>
          <w:p w14:paraId="248825AA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72AC94E0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55C9B33B" w14:textId="77777777">
        <w:trPr>
          <w:trHeight w:val="749"/>
          <w:jc w:val="center"/>
        </w:trPr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61D8526E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PICKUP / DROP-OFF DETAILS</w:t>
            </w:r>
          </w:p>
          <w:p w14:paraId="42DF25F2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05BF828B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EMERGENCY OR LOCAL CONTACT</w:t>
            </w:r>
          </w:p>
          <w:p w14:paraId="1EFFC8DE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35EDBC52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p w14:paraId="7C5E601D" w14:textId="77777777" w:rsidR="00CB50F7" w:rsidRDefault="00000000">
      <w:pPr>
        <w:spacing w:before="60"/>
      </w:pPr>
      <w:hyperlink r:id="rId14">
        <w:r>
          <w:rPr>
            <w:color w:val="8A6F13"/>
            <w:sz w:val="16"/>
            <w:u w:val="single"/>
          </w:rPr>
          <w:t>Plan hotels and flights</w:t>
        </w:r>
      </w:hyperlink>
    </w:p>
    <w:p w14:paraId="4B9A3FEE" w14:textId="77777777" w:rsidR="00CB50F7" w:rsidRDefault="00000000">
      <w:r>
        <w:br w:type="page"/>
      </w:r>
    </w:p>
    <w:p w14:paraId="77936FFD" w14:textId="77777777" w:rsidR="00CB50F7" w:rsidRDefault="00000000">
      <w:pPr>
        <w:spacing w:after="40"/>
      </w:pPr>
      <w:r>
        <w:rPr>
          <w:b/>
          <w:sz w:val="36"/>
        </w:rPr>
        <w:t>Booking and Budget Tracker</w:t>
      </w:r>
    </w:p>
    <w:p w14:paraId="6E3C37A4" w14:textId="77777777" w:rsidR="00CB50F7" w:rsidRDefault="00000000">
      <w:pPr>
        <w:spacing w:after="160"/>
      </w:pPr>
      <w:r>
        <w:rPr>
          <w:color w:val="666666"/>
        </w:rPr>
        <w:t>Record confirmed reservations and keep planned costs beside actual spending.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13CDBFB4" w14:textId="77777777">
        <w:trPr>
          <w:jc w:val="center"/>
        </w:trPr>
        <w:tc>
          <w:tcPr>
            <w:tcW w:w="10656" w:type="dxa"/>
            <w:tcBorders>
              <w:top w:val="single" w:sz="4" w:space="0" w:color="E0D6B6"/>
              <w:left w:val="single" w:sz="4" w:space="0" w:color="E0D6B6"/>
              <w:bottom w:val="single" w:sz="4" w:space="0" w:color="E0D6B6"/>
              <w:right w:val="single" w:sz="4" w:space="0" w:color="E0D6B6"/>
            </w:tcBorders>
            <w:shd w:val="clear" w:color="auto" w:fill="F4EED8"/>
            <w:tcMar>
              <w:top w:w="45" w:type="dxa"/>
              <w:left w:w="105" w:type="dxa"/>
              <w:bottom w:w="45" w:type="dxa"/>
              <w:right w:w="105" w:type="dxa"/>
            </w:tcMar>
          </w:tcPr>
          <w:p w14:paraId="172F7CA7" w14:textId="77777777" w:rsidR="00CB50F7" w:rsidRDefault="00000000">
            <w:r>
              <w:rPr>
                <w:b/>
                <w:sz w:val="16"/>
              </w:rPr>
              <w:t>BOOKING TRACKER</w:t>
            </w:r>
          </w:p>
        </w:tc>
      </w:tr>
    </w:tbl>
    <w:p w14:paraId="5740163C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4320"/>
        <w:gridCol w:w="3096"/>
        <w:gridCol w:w="2016"/>
      </w:tblGrid>
      <w:tr w:rsidR="00CB50F7" w14:paraId="602CC472" w14:textId="77777777">
        <w:trPr>
          <w:jc w:val="center"/>
        </w:trPr>
        <w:tc>
          <w:tcPr>
            <w:tcW w:w="1224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EFE9D5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0A1DE54" w14:textId="77777777" w:rsidR="00CB50F7" w:rsidRDefault="00000000">
            <w:r>
              <w:rPr>
                <w:b/>
                <w:sz w:val="14"/>
              </w:rPr>
              <w:t>DATE</w:t>
            </w:r>
          </w:p>
        </w:tc>
        <w:tc>
          <w:tcPr>
            <w:tcW w:w="4320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EFE9D5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CDB10E2" w14:textId="77777777" w:rsidR="00CB50F7" w:rsidRDefault="00000000">
            <w:r>
              <w:rPr>
                <w:b/>
                <w:sz w:val="14"/>
              </w:rPr>
              <w:t>BOOKING / PROVIDER</w:t>
            </w:r>
          </w:p>
        </w:tc>
        <w:tc>
          <w:tcPr>
            <w:tcW w:w="309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EFE9D5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B239C2C" w14:textId="77777777" w:rsidR="00CB50F7" w:rsidRDefault="00000000">
            <w:r>
              <w:rPr>
                <w:b/>
                <w:sz w:val="14"/>
              </w:rPr>
              <w:t>REFERENCE</w:t>
            </w:r>
          </w:p>
        </w:tc>
        <w:tc>
          <w:tcPr>
            <w:tcW w:w="201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EFE9D5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02B1762" w14:textId="77777777" w:rsidR="00CB50F7" w:rsidRDefault="00000000">
            <w:r>
              <w:rPr>
                <w:b/>
                <w:sz w:val="14"/>
              </w:rPr>
              <w:t>COST</w:t>
            </w:r>
          </w:p>
        </w:tc>
      </w:tr>
      <w:tr w:rsidR="00CB50F7" w14:paraId="11EAD492" w14:textId="77777777">
        <w:trPr>
          <w:trHeight w:val="562"/>
          <w:jc w:val="center"/>
        </w:trPr>
        <w:tc>
          <w:tcPr>
            <w:tcW w:w="1224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30792BF2" w14:textId="77777777" w:rsidR="00CB50F7" w:rsidRDefault="00CB50F7"/>
        </w:tc>
        <w:tc>
          <w:tcPr>
            <w:tcW w:w="4320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3397B749" w14:textId="77777777" w:rsidR="00CB50F7" w:rsidRDefault="00CB50F7"/>
        </w:tc>
        <w:tc>
          <w:tcPr>
            <w:tcW w:w="309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5E5F3339" w14:textId="77777777" w:rsidR="00CB50F7" w:rsidRDefault="00CB50F7"/>
        </w:tc>
        <w:tc>
          <w:tcPr>
            <w:tcW w:w="201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053D0B65" w14:textId="77777777" w:rsidR="00CB50F7" w:rsidRDefault="00CB50F7"/>
        </w:tc>
      </w:tr>
      <w:tr w:rsidR="00CB50F7" w14:paraId="619D3473" w14:textId="77777777">
        <w:trPr>
          <w:trHeight w:val="562"/>
          <w:jc w:val="center"/>
        </w:trPr>
        <w:tc>
          <w:tcPr>
            <w:tcW w:w="1224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78E9A553" w14:textId="77777777" w:rsidR="00CB50F7" w:rsidRDefault="00CB50F7"/>
        </w:tc>
        <w:tc>
          <w:tcPr>
            <w:tcW w:w="4320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36785B83" w14:textId="77777777" w:rsidR="00CB50F7" w:rsidRDefault="00CB50F7"/>
        </w:tc>
        <w:tc>
          <w:tcPr>
            <w:tcW w:w="309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425B7BE5" w14:textId="77777777" w:rsidR="00CB50F7" w:rsidRDefault="00CB50F7"/>
        </w:tc>
        <w:tc>
          <w:tcPr>
            <w:tcW w:w="201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4AACC8B9" w14:textId="77777777" w:rsidR="00CB50F7" w:rsidRDefault="00CB50F7"/>
        </w:tc>
      </w:tr>
      <w:tr w:rsidR="00CB50F7" w14:paraId="7E496F58" w14:textId="77777777">
        <w:trPr>
          <w:trHeight w:val="562"/>
          <w:jc w:val="center"/>
        </w:trPr>
        <w:tc>
          <w:tcPr>
            <w:tcW w:w="1224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66F21869" w14:textId="77777777" w:rsidR="00CB50F7" w:rsidRDefault="00CB50F7"/>
        </w:tc>
        <w:tc>
          <w:tcPr>
            <w:tcW w:w="4320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709F5EEA" w14:textId="77777777" w:rsidR="00CB50F7" w:rsidRDefault="00CB50F7"/>
        </w:tc>
        <w:tc>
          <w:tcPr>
            <w:tcW w:w="309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2D0930FE" w14:textId="77777777" w:rsidR="00CB50F7" w:rsidRDefault="00CB50F7"/>
        </w:tc>
        <w:tc>
          <w:tcPr>
            <w:tcW w:w="201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54A94F06" w14:textId="77777777" w:rsidR="00CB50F7" w:rsidRDefault="00CB50F7"/>
        </w:tc>
      </w:tr>
      <w:tr w:rsidR="00CB50F7" w14:paraId="51F29E6C" w14:textId="77777777">
        <w:trPr>
          <w:trHeight w:val="562"/>
          <w:jc w:val="center"/>
        </w:trPr>
        <w:tc>
          <w:tcPr>
            <w:tcW w:w="1224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62417ED3" w14:textId="77777777" w:rsidR="00CB50F7" w:rsidRDefault="00CB50F7"/>
        </w:tc>
        <w:tc>
          <w:tcPr>
            <w:tcW w:w="4320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05AB483C" w14:textId="77777777" w:rsidR="00CB50F7" w:rsidRDefault="00CB50F7"/>
        </w:tc>
        <w:tc>
          <w:tcPr>
            <w:tcW w:w="309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16FEE8A3" w14:textId="77777777" w:rsidR="00CB50F7" w:rsidRDefault="00CB50F7"/>
        </w:tc>
        <w:tc>
          <w:tcPr>
            <w:tcW w:w="201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4C2F6997" w14:textId="77777777" w:rsidR="00CB50F7" w:rsidRDefault="00CB50F7"/>
        </w:tc>
      </w:tr>
      <w:tr w:rsidR="00CB50F7" w14:paraId="56721362" w14:textId="77777777">
        <w:trPr>
          <w:trHeight w:val="562"/>
          <w:jc w:val="center"/>
        </w:trPr>
        <w:tc>
          <w:tcPr>
            <w:tcW w:w="1224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63B46388" w14:textId="77777777" w:rsidR="00CB50F7" w:rsidRDefault="00CB50F7"/>
        </w:tc>
        <w:tc>
          <w:tcPr>
            <w:tcW w:w="4320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1A5B517E" w14:textId="77777777" w:rsidR="00CB50F7" w:rsidRDefault="00CB50F7"/>
        </w:tc>
        <w:tc>
          <w:tcPr>
            <w:tcW w:w="309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3C5216A1" w14:textId="77777777" w:rsidR="00CB50F7" w:rsidRDefault="00CB50F7"/>
        </w:tc>
        <w:tc>
          <w:tcPr>
            <w:tcW w:w="201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343AFFBF" w14:textId="77777777" w:rsidR="00CB50F7" w:rsidRDefault="00CB50F7"/>
        </w:tc>
      </w:tr>
      <w:tr w:rsidR="00CB50F7" w14:paraId="2A4A41A2" w14:textId="77777777">
        <w:trPr>
          <w:trHeight w:val="562"/>
          <w:jc w:val="center"/>
        </w:trPr>
        <w:tc>
          <w:tcPr>
            <w:tcW w:w="1224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715E7E00" w14:textId="77777777" w:rsidR="00CB50F7" w:rsidRDefault="00CB50F7"/>
        </w:tc>
        <w:tc>
          <w:tcPr>
            <w:tcW w:w="4320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5114B950" w14:textId="77777777" w:rsidR="00CB50F7" w:rsidRDefault="00CB50F7"/>
        </w:tc>
        <w:tc>
          <w:tcPr>
            <w:tcW w:w="309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231620E2" w14:textId="77777777" w:rsidR="00CB50F7" w:rsidRDefault="00CB50F7"/>
        </w:tc>
        <w:tc>
          <w:tcPr>
            <w:tcW w:w="201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70" w:type="dxa"/>
              <w:left w:w="70" w:type="dxa"/>
              <w:bottom w:w="60" w:type="dxa"/>
              <w:right w:w="70" w:type="dxa"/>
            </w:tcMar>
          </w:tcPr>
          <w:p w14:paraId="22F84A61" w14:textId="77777777" w:rsidR="00CB50F7" w:rsidRDefault="00CB50F7"/>
        </w:tc>
      </w:tr>
    </w:tbl>
    <w:p w14:paraId="7DC4A7E2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775DCBBC" w14:textId="77777777">
        <w:trPr>
          <w:jc w:val="center"/>
        </w:trPr>
        <w:tc>
          <w:tcPr>
            <w:tcW w:w="10656" w:type="dxa"/>
            <w:tcBorders>
              <w:top w:val="single" w:sz="4" w:space="0" w:color="E0D6B6"/>
              <w:left w:val="single" w:sz="4" w:space="0" w:color="E0D6B6"/>
              <w:bottom w:val="single" w:sz="4" w:space="0" w:color="E0D6B6"/>
              <w:right w:val="single" w:sz="4" w:space="0" w:color="E0D6B6"/>
            </w:tcBorders>
            <w:shd w:val="clear" w:color="auto" w:fill="F4EED8"/>
            <w:tcMar>
              <w:top w:w="45" w:type="dxa"/>
              <w:left w:w="105" w:type="dxa"/>
              <w:bottom w:w="45" w:type="dxa"/>
              <w:right w:w="105" w:type="dxa"/>
            </w:tcMar>
          </w:tcPr>
          <w:p w14:paraId="7C69869A" w14:textId="77777777" w:rsidR="00CB50F7" w:rsidRDefault="00000000">
            <w:r>
              <w:rPr>
                <w:b/>
                <w:sz w:val="16"/>
              </w:rPr>
              <w:t>TRIP BUDGET</w:t>
            </w:r>
          </w:p>
        </w:tc>
      </w:tr>
    </w:tbl>
    <w:p w14:paraId="645DECFF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2592"/>
        <w:gridCol w:w="2592"/>
      </w:tblGrid>
      <w:tr w:rsidR="00CB50F7" w14:paraId="129F4CC9" w14:textId="77777777">
        <w:trPr>
          <w:jc w:val="center"/>
        </w:trPr>
        <w:tc>
          <w:tcPr>
            <w:tcW w:w="547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EFE9D5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59DCAA" w14:textId="77777777" w:rsidR="00CB50F7" w:rsidRDefault="00000000">
            <w:r>
              <w:rPr>
                <w:b/>
                <w:sz w:val="14"/>
              </w:rPr>
              <w:t>CATEGORY</w:t>
            </w:r>
          </w:p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EFE9D5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731A0F" w14:textId="77777777" w:rsidR="00CB50F7" w:rsidRDefault="00000000">
            <w:r>
              <w:rPr>
                <w:b/>
                <w:sz w:val="14"/>
              </w:rPr>
              <w:t>PLANNED</w:t>
            </w:r>
          </w:p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EFE9D5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BB830C" w14:textId="77777777" w:rsidR="00CB50F7" w:rsidRDefault="00000000">
            <w:r>
              <w:rPr>
                <w:b/>
                <w:sz w:val="14"/>
              </w:rPr>
              <w:t>ACTUAL</w:t>
            </w:r>
          </w:p>
        </w:tc>
      </w:tr>
      <w:tr w:rsidR="00CB50F7" w14:paraId="53D0174A" w14:textId="77777777">
        <w:trPr>
          <w:trHeight w:val="533"/>
          <w:jc w:val="center"/>
        </w:trPr>
        <w:tc>
          <w:tcPr>
            <w:tcW w:w="547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BFAF5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4518461" w14:textId="77777777" w:rsidR="00CB50F7" w:rsidRDefault="00000000">
            <w:r>
              <w:rPr>
                <w:sz w:val="16"/>
              </w:rPr>
              <w:t>Flights and long-distance travel</w:t>
            </w:r>
          </w:p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46502A0C" w14:textId="77777777" w:rsidR="00CB50F7" w:rsidRDefault="00CB50F7"/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C69D9AA" w14:textId="77777777" w:rsidR="00CB50F7" w:rsidRDefault="00CB50F7"/>
        </w:tc>
      </w:tr>
      <w:tr w:rsidR="00CB50F7" w14:paraId="0A18AC60" w14:textId="77777777">
        <w:trPr>
          <w:trHeight w:val="533"/>
          <w:jc w:val="center"/>
        </w:trPr>
        <w:tc>
          <w:tcPr>
            <w:tcW w:w="547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BFAF5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711A4520" w14:textId="77777777" w:rsidR="00CB50F7" w:rsidRDefault="00000000">
            <w:r>
              <w:rPr>
                <w:sz w:val="16"/>
              </w:rPr>
              <w:t>Accommodation</w:t>
            </w:r>
          </w:p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7DAD543" w14:textId="77777777" w:rsidR="00CB50F7" w:rsidRDefault="00CB50F7"/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41342FC0" w14:textId="77777777" w:rsidR="00CB50F7" w:rsidRDefault="00CB50F7"/>
        </w:tc>
      </w:tr>
      <w:tr w:rsidR="00CB50F7" w14:paraId="6E93096C" w14:textId="77777777">
        <w:trPr>
          <w:trHeight w:val="533"/>
          <w:jc w:val="center"/>
        </w:trPr>
        <w:tc>
          <w:tcPr>
            <w:tcW w:w="547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BFAF5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6F998742" w14:textId="77777777" w:rsidR="00CB50F7" w:rsidRDefault="00000000">
            <w:r>
              <w:rPr>
                <w:sz w:val="16"/>
              </w:rPr>
              <w:t>Local transport</w:t>
            </w:r>
          </w:p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6FE6EB81" w14:textId="77777777" w:rsidR="00CB50F7" w:rsidRDefault="00CB50F7"/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08E5AFB9" w14:textId="77777777" w:rsidR="00CB50F7" w:rsidRDefault="00CB50F7"/>
        </w:tc>
      </w:tr>
      <w:tr w:rsidR="00CB50F7" w14:paraId="1E43D38A" w14:textId="77777777">
        <w:trPr>
          <w:trHeight w:val="533"/>
          <w:jc w:val="center"/>
        </w:trPr>
        <w:tc>
          <w:tcPr>
            <w:tcW w:w="547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BFAF5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9DD5D70" w14:textId="77777777" w:rsidR="00CB50F7" w:rsidRDefault="00000000">
            <w:r>
              <w:rPr>
                <w:sz w:val="16"/>
              </w:rPr>
              <w:t>Food and meals</w:t>
            </w:r>
          </w:p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5C564610" w14:textId="77777777" w:rsidR="00CB50F7" w:rsidRDefault="00CB50F7"/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74CAAC60" w14:textId="77777777" w:rsidR="00CB50F7" w:rsidRDefault="00CB50F7"/>
        </w:tc>
      </w:tr>
      <w:tr w:rsidR="00CB50F7" w14:paraId="77893B66" w14:textId="77777777">
        <w:trPr>
          <w:trHeight w:val="533"/>
          <w:jc w:val="center"/>
        </w:trPr>
        <w:tc>
          <w:tcPr>
            <w:tcW w:w="547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BFAF5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2B1727EE" w14:textId="77777777" w:rsidR="00CB50F7" w:rsidRDefault="00000000">
            <w:r>
              <w:rPr>
                <w:sz w:val="16"/>
              </w:rPr>
              <w:t>Tours, activities and golf</w:t>
            </w:r>
          </w:p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263A449" w14:textId="77777777" w:rsidR="00CB50F7" w:rsidRDefault="00CB50F7"/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3A261A8" w14:textId="77777777" w:rsidR="00CB50F7" w:rsidRDefault="00CB50F7"/>
        </w:tc>
      </w:tr>
      <w:tr w:rsidR="00CB50F7" w14:paraId="465AC9F3" w14:textId="77777777">
        <w:trPr>
          <w:trHeight w:val="533"/>
          <w:jc w:val="center"/>
        </w:trPr>
        <w:tc>
          <w:tcPr>
            <w:tcW w:w="547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BFAF5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66B8C24C" w14:textId="77777777" w:rsidR="00CB50F7" w:rsidRDefault="00000000">
            <w:r>
              <w:rPr>
                <w:sz w:val="16"/>
              </w:rPr>
              <w:t>Other</w:t>
            </w:r>
          </w:p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5902BC64" w14:textId="77777777" w:rsidR="00CB50F7" w:rsidRDefault="00CB50F7"/>
        </w:tc>
        <w:tc>
          <w:tcPr>
            <w:tcW w:w="2592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59023FEA" w14:textId="77777777" w:rsidR="00CB50F7" w:rsidRDefault="00CB50F7"/>
        </w:tc>
      </w:tr>
    </w:tbl>
    <w:p w14:paraId="2402563B" w14:textId="77777777" w:rsidR="00CB50F7" w:rsidRDefault="00000000">
      <w:pPr>
        <w:spacing w:before="100"/>
      </w:pPr>
      <w:hyperlink r:id="rId15">
        <w:r>
          <w:rPr>
            <w:color w:val="8A6F13"/>
            <w:sz w:val="16"/>
            <w:u w:val="single"/>
          </w:rPr>
          <w:t>Find tours and activities</w:t>
        </w:r>
      </w:hyperlink>
      <w:r>
        <w:t xml:space="preserve">   </w:t>
      </w:r>
      <w:hyperlink r:id="rId16">
        <w:r>
          <w:rPr>
            <w:color w:val="8A6F13"/>
            <w:sz w:val="16"/>
            <w:u w:val="single"/>
          </w:rPr>
          <w:t>Book golf tee times</w:t>
        </w:r>
      </w:hyperlink>
    </w:p>
    <w:p w14:paraId="08B2DEF1" w14:textId="77777777" w:rsidR="00CB50F7" w:rsidRDefault="00000000">
      <w:r>
        <w:br w:type="page"/>
      </w:r>
    </w:p>
    <w:p w14:paraId="511F7E4B" w14:textId="77777777" w:rsidR="00CB50F7" w:rsidRDefault="00000000">
      <w:pPr>
        <w:spacing w:after="40"/>
      </w:pPr>
      <w:r>
        <w:rPr>
          <w:b/>
          <w:sz w:val="36"/>
        </w:rPr>
        <w:t>Travel Checklists and Final Notes</w:t>
      </w:r>
    </w:p>
    <w:p w14:paraId="403CECAC" w14:textId="77777777" w:rsidR="00CB50F7" w:rsidRDefault="00000000">
      <w:pPr>
        <w:spacing w:after="160"/>
      </w:pPr>
      <w:r>
        <w:rPr>
          <w:color w:val="666666"/>
        </w:rPr>
        <w:t>Use these checks before departure and add your own reminders below.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2F776A68" w14:textId="77777777">
        <w:trPr>
          <w:jc w:val="center"/>
        </w:trPr>
        <w:tc>
          <w:tcPr>
            <w:tcW w:w="10656" w:type="dxa"/>
            <w:tcBorders>
              <w:top w:val="single" w:sz="4" w:space="0" w:color="E0D6B6"/>
              <w:left w:val="single" w:sz="4" w:space="0" w:color="E0D6B6"/>
              <w:bottom w:val="single" w:sz="4" w:space="0" w:color="E0D6B6"/>
              <w:right w:val="single" w:sz="4" w:space="0" w:color="E0D6B6"/>
            </w:tcBorders>
            <w:shd w:val="clear" w:color="auto" w:fill="F4EED8"/>
            <w:tcMar>
              <w:top w:w="45" w:type="dxa"/>
              <w:left w:w="105" w:type="dxa"/>
              <w:bottom w:w="45" w:type="dxa"/>
              <w:right w:w="105" w:type="dxa"/>
            </w:tcMar>
          </w:tcPr>
          <w:p w14:paraId="7C504BC3" w14:textId="77777777" w:rsidR="00CB50F7" w:rsidRDefault="00000000">
            <w:r>
              <w:rPr>
                <w:b/>
                <w:sz w:val="16"/>
              </w:rPr>
              <w:t>BEFORE AND DURING THE TRIP</w:t>
            </w:r>
          </w:p>
        </w:tc>
      </w:tr>
    </w:tbl>
    <w:p w14:paraId="1339E749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1D78915D" w14:textId="77777777">
        <w:trPr>
          <w:jc w:val="center"/>
        </w:trPr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BFAF5"/>
            <w:tcMar>
              <w:top w:w="110" w:type="dxa"/>
              <w:left w:w="125" w:type="dxa"/>
              <w:bottom w:w="90" w:type="dxa"/>
              <w:right w:w="125" w:type="dxa"/>
            </w:tcMar>
          </w:tcPr>
          <w:p w14:paraId="2F6A8448" w14:textId="77777777" w:rsidR="00CB50F7" w:rsidRDefault="00000000">
            <w:pPr>
              <w:spacing w:after="80"/>
            </w:pPr>
            <w:r>
              <w:rPr>
                <w:b/>
              </w:rPr>
              <w:t>Travel documents</w:t>
            </w:r>
          </w:p>
          <w:p w14:paraId="246190CE" w14:textId="77777777" w:rsidR="00CB50F7" w:rsidRDefault="00000000">
            <w:pPr>
              <w:spacing w:after="60"/>
            </w:pPr>
            <w:r>
              <w:rPr>
                <w:sz w:val="17"/>
              </w:rPr>
              <w:t>[ ]  Passport or national ID</w:t>
            </w:r>
          </w:p>
          <w:p w14:paraId="4DFCEFB9" w14:textId="77777777" w:rsidR="00CB50F7" w:rsidRDefault="00000000">
            <w:pPr>
              <w:spacing w:after="60"/>
            </w:pPr>
            <w:r>
              <w:rPr>
                <w:sz w:val="17"/>
              </w:rPr>
              <w:t>[ ]  Entry requirements checked</w:t>
            </w:r>
          </w:p>
          <w:p w14:paraId="7B857195" w14:textId="77777777" w:rsidR="00CB50F7" w:rsidRDefault="00000000">
            <w:pPr>
              <w:spacing w:after="60"/>
            </w:pPr>
            <w:r>
              <w:rPr>
                <w:sz w:val="17"/>
              </w:rPr>
              <w:t>[ ]  Travel insurance details saved</w:t>
            </w:r>
          </w:p>
          <w:p w14:paraId="4963581D" w14:textId="77777777" w:rsidR="00CB50F7" w:rsidRDefault="00000000">
            <w:pPr>
              <w:spacing w:after="60"/>
            </w:pPr>
            <w:r>
              <w:rPr>
                <w:sz w:val="17"/>
              </w:rPr>
              <w:t>[ ]  Flight and stay confirmations saved offline</w:t>
            </w:r>
          </w:p>
          <w:p w14:paraId="03383B76" w14:textId="77777777" w:rsidR="00CB50F7" w:rsidRDefault="00000000">
            <w:pPr>
              <w:spacing w:after="60"/>
            </w:pPr>
            <w:r>
              <w:rPr>
                <w:sz w:val="17"/>
              </w:rPr>
              <w:t>[ ]  Emergency contacts recorded</w:t>
            </w:r>
          </w:p>
          <w:p w14:paraId="1F4DD910" w14:textId="77777777" w:rsidR="00CB50F7" w:rsidRDefault="00000000">
            <w:pPr>
              <w:spacing w:after="60"/>
            </w:pPr>
            <w:r>
              <w:rPr>
                <w:sz w:val="17"/>
              </w:rPr>
              <w:t>[ ]  A copy of key documents stored separately</w:t>
            </w:r>
          </w:p>
        </w:tc>
        <w:tc>
          <w:tcPr>
            <w:tcW w:w="5328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BFAF5"/>
            <w:tcMar>
              <w:top w:w="110" w:type="dxa"/>
              <w:left w:w="125" w:type="dxa"/>
              <w:bottom w:w="90" w:type="dxa"/>
              <w:right w:w="125" w:type="dxa"/>
            </w:tcMar>
          </w:tcPr>
          <w:p w14:paraId="088D0153" w14:textId="77777777" w:rsidR="00CB50F7" w:rsidRDefault="00000000">
            <w:pPr>
              <w:spacing w:after="80"/>
            </w:pPr>
            <w:r>
              <w:rPr>
                <w:b/>
              </w:rPr>
              <w:t>Personal and practical</w:t>
            </w:r>
          </w:p>
          <w:p w14:paraId="247894B6" w14:textId="77777777" w:rsidR="00CB50F7" w:rsidRDefault="00000000">
            <w:pPr>
              <w:spacing w:after="60"/>
            </w:pPr>
            <w:r>
              <w:rPr>
                <w:sz w:val="17"/>
              </w:rPr>
              <w:t>[ ]  Medication and prescriptions packed</w:t>
            </w:r>
          </w:p>
          <w:p w14:paraId="40EDCF80" w14:textId="77777777" w:rsidR="00CB50F7" w:rsidRDefault="00000000">
            <w:pPr>
              <w:spacing w:after="60"/>
            </w:pPr>
            <w:r>
              <w:rPr>
                <w:sz w:val="17"/>
              </w:rPr>
              <w:t>[ ]  Payment cards and local currency ready</w:t>
            </w:r>
          </w:p>
          <w:p w14:paraId="7E3E42FA" w14:textId="77777777" w:rsidR="00CB50F7" w:rsidRDefault="00000000">
            <w:pPr>
              <w:spacing w:after="60"/>
            </w:pPr>
            <w:r>
              <w:rPr>
                <w:sz w:val="17"/>
              </w:rPr>
              <w:t>[ ]  Phone, charger and plug adapter packed</w:t>
            </w:r>
          </w:p>
          <w:p w14:paraId="359C7D16" w14:textId="77777777" w:rsidR="00CB50F7" w:rsidRDefault="00000000">
            <w:pPr>
              <w:spacing w:after="60"/>
            </w:pPr>
            <w:r>
              <w:rPr>
                <w:sz w:val="17"/>
              </w:rPr>
              <w:t>[ ]  Glasses or other essentials packed</w:t>
            </w:r>
          </w:p>
          <w:p w14:paraId="4F779008" w14:textId="77777777" w:rsidR="00CB50F7" w:rsidRDefault="00000000">
            <w:pPr>
              <w:spacing w:after="60"/>
            </w:pPr>
            <w:r>
              <w:rPr>
                <w:sz w:val="17"/>
              </w:rPr>
              <w:t>[ ]  Luggage tags attached</w:t>
            </w:r>
          </w:p>
          <w:p w14:paraId="38DD50FB" w14:textId="77777777" w:rsidR="00CB50F7" w:rsidRDefault="00000000">
            <w:pPr>
              <w:spacing w:after="60"/>
            </w:pPr>
            <w:r>
              <w:rPr>
                <w:sz w:val="17"/>
              </w:rPr>
              <w:t>[ ]  Home arrangements confirmed</w:t>
            </w:r>
          </w:p>
        </w:tc>
      </w:tr>
    </w:tbl>
    <w:p w14:paraId="356D7101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7C4D6EB8" w14:textId="77777777">
        <w:trPr>
          <w:trHeight w:val="1123"/>
          <w:jc w:val="center"/>
        </w:trPr>
        <w:tc>
          <w:tcPr>
            <w:tcW w:w="10656" w:type="dxa"/>
            <w:tcBorders>
              <w:top w:val="single" w:sz="6" w:space="0" w:color="D7D2C4"/>
              <w:left w:val="single" w:sz="6" w:space="0" w:color="D7D2C4"/>
              <w:bottom w:val="single" w:sz="6" w:space="0" w:color="D7D2C4"/>
              <w:right w:val="single" w:sz="6" w:space="0" w:color="D7D2C4"/>
            </w:tcBorders>
            <w:shd w:val="clear" w:color="auto" w:fill="F8F6EE"/>
            <w:tcMar>
              <w:top w:w="80" w:type="dxa"/>
              <w:left w:w="105" w:type="dxa"/>
              <w:bottom w:w="55" w:type="dxa"/>
              <w:right w:w="105" w:type="dxa"/>
            </w:tcMar>
          </w:tcPr>
          <w:p w14:paraId="4295137F" w14:textId="77777777" w:rsidR="00CB50F7" w:rsidRDefault="00000000">
            <w:pPr>
              <w:spacing w:after="20"/>
            </w:pPr>
            <w:r>
              <w:rPr>
                <w:b/>
                <w:color w:val="666666"/>
                <w:sz w:val="14"/>
              </w:rPr>
              <w:t>ADDITIONAL CHECKS, CONTACTS OR NOTES</w:t>
            </w:r>
          </w:p>
          <w:p w14:paraId="6C19CAB2" w14:textId="77777777" w:rsidR="00CB50F7" w:rsidRDefault="00000000">
            <w:pPr>
              <w:spacing w:line="300" w:lineRule="auto"/>
            </w:pPr>
            <w:r>
              <w:t xml:space="preserve"> </w:t>
            </w:r>
          </w:p>
          <w:p w14:paraId="34820D85" w14:textId="77777777" w:rsidR="00CB50F7" w:rsidRDefault="00000000">
            <w:pPr>
              <w:spacing w:line="300" w:lineRule="auto"/>
            </w:pPr>
            <w:r>
              <w:t xml:space="preserve"> </w:t>
            </w:r>
          </w:p>
        </w:tc>
      </w:tr>
    </w:tbl>
    <w:p w14:paraId="419D8D04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B50F7" w14:paraId="793AEF7F" w14:textId="77777777">
        <w:trPr>
          <w:jc w:val="center"/>
        </w:trPr>
        <w:tc>
          <w:tcPr>
            <w:tcW w:w="10656" w:type="dxa"/>
            <w:tcBorders>
              <w:top w:val="single" w:sz="4" w:space="0" w:color="E0D6B6"/>
              <w:left w:val="single" w:sz="4" w:space="0" w:color="E0D6B6"/>
              <w:bottom w:val="single" w:sz="4" w:space="0" w:color="E0D6B6"/>
              <w:right w:val="single" w:sz="4" w:space="0" w:color="E0D6B6"/>
            </w:tcBorders>
            <w:shd w:val="clear" w:color="auto" w:fill="F4EED8"/>
            <w:tcMar>
              <w:top w:w="45" w:type="dxa"/>
              <w:left w:w="105" w:type="dxa"/>
              <w:bottom w:w="45" w:type="dxa"/>
              <w:right w:w="105" w:type="dxa"/>
            </w:tcMar>
          </w:tcPr>
          <w:p w14:paraId="5437BC2D" w14:textId="77777777" w:rsidR="00CB50F7" w:rsidRDefault="00000000">
            <w:r>
              <w:rPr>
                <w:b/>
                <w:sz w:val="16"/>
              </w:rPr>
              <w:t>MORE TRIP PLANNING RESOURCES</w:t>
            </w:r>
          </w:p>
        </w:tc>
      </w:tr>
    </w:tbl>
    <w:p w14:paraId="6502E394" w14:textId="77777777" w:rsidR="00CB50F7" w:rsidRDefault="00000000">
      <w:pPr>
        <w:spacing w:line="108" w:lineRule="auto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50F7" w14:paraId="405D5C7F" w14:textId="77777777">
        <w:trPr>
          <w:jc w:val="center"/>
        </w:trPr>
        <w:tc>
          <w:tcPr>
            <w:tcW w:w="5328" w:type="dxa"/>
            <w:tcBorders>
              <w:top w:val="single" w:sz="6" w:space="0" w:color="D8CFAD"/>
              <w:left w:val="single" w:sz="6" w:space="0" w:color="D8CFAD"/>
              <w:bottom w:val="single" w:sz="6" w:space="0" w:color="D8CFAD"/>
              <w:right w:val="single" w:sz="6" w:space="0" w:color="D8CFAD"/>
            </w:tcBorders>
            <w:shd w:val="clear" w:color="auto" w:fill="FBFAF5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3AE19C21" w14:textId="77777777" w:rsidR="00CB50F7" w:rsidRDefault="00000000">
            <w:hyperlink r:id="rId17">
              <w:r>
                <w:rPr>
                  <w:color w:val="8A6F13"/>
                  <w:sz w:val="16"/>
                  <w:u w:val="single"/>
                </w:rPr>
                <w:t>Browse 200+ Global Travel Guides</w:t>
              </w:r>
            </w:hyperlink>
          </w:p>
        </w:tc>
        <w:tc>
          <w:tcPr>
            <w:tcW w:w="5328" w:type="dxa"/>
            <w:tcBorders>
              <w:top w:val="single" w:sz="6" w:space="0" w:color="D8CFAD"/>
              <w:left w:val="single" w:sz="6" w:space="0" w:color="D8CFAD"/>
              <w:bottom w:val="single" w:sz="6" w:space="0" w:color="D8CFAD"/>
              <w:right w:val="single" w:sz="6" w:space="0" w:color="D8CFAD"/>
            </w:tcBorders>
            <w:shd w:val="clear" w:color="auto" w:fill="FBFAF5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7C2F5F06" w14:textId="77777777" w:rsidR="00CB50F7" w:rsidRDefault="00000000">
            <w:hyperlink r:id="rId18">
              <w:r>
                <w:rPr>
                  <w:color w:val="8A6F13"/>
                  <w:sz w:val="16"/>
                  <w:u w:val="single"/>
                </w:rPr>
                <w:t>Find Tours and Activities</w:t>
              </w:r>
            </w:hyperlink>
          </w:p>
        </w:tc>
      </w:tr>
      <w:tr w:rsidR="00CB50F7" w14:paraId="3D1B6188" w14:textId="77777777">
        <w:trPr>
          <w:jc w:val="center"/>
        </w:trPr>
        <w:tc>
          <w:tcPr>
            <w:tcW w:w="5328" w:type="dxa"/>
            <w:tcBorders>
              <w:top w:val="single" w:sz="6" w:space="0" w:color="D8CFAD"/>
              <w:left w:val="single" w:sz="6" w:space="0" w:color="D8CFAD"/>
              <w:bottom w:val="single" w:sz="6" w:space="0" w:color="D8CFAD"/>
              <w:right w:val="single" w:sz="6" w:space="0" w:color="D8CFAD"/>
            </w:tcBorders>
            <w:shd w:val="clear" w:color="auto" w:fill="FBFAF5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58B23C97" w14:textId="77777777" w:rsidR="00CB50F7" w:rsidRDefault="00000000">
            <w:hyperlink r:id="rId19">
              <w:r>
                <w:rPr>
                  <w:color w:val="8A6F13"/>
                  <w:sz w:val="16"/>
                  <w:u w:val="single"/>
                </w:rPr>
                <w:t>Plan Hotels and Flights</w:t>
              </w:r>
            </w:hyperlink>
          </w:p>
        </w:tc>
        <w:tc>
          <w:tcPr>
            <w:tcW w:w="5328" w:type="dxa"/>
            <w:tcBorders>
              <w:top w:val="single" w:sz="6" w:space="0" w:color="D8CFAD"/>
              <w:left w:val="single" w:sz="6" w:space="0" w:color="D8CFAD"/>
              <w:bottom w:val="single" w:sz="6" w:space="0" w:color="D8CFAD"/>
              <w:right w:val="single" w:sz="6" w:space="0" w:color="D8CFAD"/>
            </w:tcBorders>
            <w:shd w:val="clear" w:color="auto" w:fill="FBFAF5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48CB5F7F" w14:textId="77777777" w:rsidR="00CB50F7" w:rsidRDefault="00000000">
            <w:hyperlink r:id="rId20">
              <w:r>
                <w:rPr>
                  <w:color w:val="8A6F13"/>
                  <w:sz w:val="16"/>
                  <w:u w:val="single"/>
                </w:rPr>
                <w:t>Book Golf Tee Times</w:t>
              </w:r>
            </w:hyperlink>
          </w:p>
        </w:tc>
      </w:tr>
    </w:tbl>
    <w:p w14:paraId="5E796271" w14:textId="77777777" w:rsidR="00CB50F7" w:rsidRDefault="00000000">
      <w:pPr>
        <w:spacing w:before="80"/>
      </w:pPr>
      <w:r>
        <w:rPr>
          <w:i/>
          <w:color w:val="666666"/>
          <w:sz w:val="14"/>
        </w:rPr>
        <w:t>Some booking links may be affiliate links. AmerExperience may earn a commission at no extra cost to you.</w:t>
      </w:r>
    </w:p>
    <w:sectPr w:rsidR="00CB50F7" w:rsidSect="00034616">
      <w:headerReference w:type="default" r:id="rId21"/>
      <w:footerReference w:type="default" r:id="rId22"/>
      <w:pgSz w:w="12240" w:h="15840"/>
      <w:pgMar w:top="648" w:right="792" w:bottom="691" w:left="792" w:header="288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D39709" w14:textId="77777777" w:rsidR="00CE43FB" w:rsidRDefault="00CE43FB">
      <w:r>
        <w:separator/>
      </w:r>
    </w:p>
  </w:endnote>
  <w:endnote w:type="continuationSeparator" w:id="0">
    <w:p w14:paraId="505B9560" w14:textId="77777777" w:rsidR="00CE43FB" w:rsidRDefault="00CE4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421F9A" w14:textId="77777777" w:rsidR="00CB50F7" w:rsidRDefault="00000000">
    <w:pPr>
      <w:pStyle w:val="Footer"/>
      <w:jc w:val="center"/>
    </w:pPr>
    <w:r>
      <w:rPr>
        <w:color w:val="666666"/>
        <w:sz w:val="14"/>
      </w:rPr>
      <w:t>Use an extra copy of the daily itinerary page for each additional day.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2C3058" w14:textId="77777777" w:rsidR="00CE43FB" w:rsidRDefault="00CE43FB">
      <w:r>
        <w:separator/>
      </w:r>
    </w:p>
  </w:footnote>
  <w:footnote w:type="continuationSeparator" w:id="0">
    <w:p w14:paraId="33751EC1" w14:textId="77777777" w:rsidR="00CE43FB" w:rsidRDefault="00CE4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B5AE2" w14:textId="77777777" w:rsidR="00CB50F7" w:rsidRDefault="00000000">
    <w:pPr>
      <w:pStyle w:val="Header"/>
    </w:pPr>
    <w:r>
      <w:rPr>
        <w:b/>
        <w:color w:val="8A6F13"/>
        <w:sz w:val="14"/>
      </w:rPr>
      <w:t>AMEREXPERIENCE  /  WORLDWIDE TRIP PLANNER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4382604">
    <w:abstractNumId w:val="8"/>
  </w:num>
  <w:num w:numId="2" w16cid:durableId="674921251">
    <w:abstractNumId w:val="6"/>
  </w:num>
  <w:num w:numId="3" w16cid:durableId="6293850">
    <w:abstractNumId w:val="5"/>
  </w:num>
  <w:num w:numId="4" w16cid:durableId="282351799">
    <w:abstractNumId w:val="4"/>
  </w:num>
  <w:num w:numId="5" w16cid:durableId="1601908469">
    <w:abstractNumId w:val="7"/>
  </w:num>
  <w:num w:numId="6" w16cid:durableId="1640498482">
    <w:abstractNumId w:val="3"/>
  </w:num>
  <w:num w:numId="7" w16cid:durableId="1143160716">
    <w:abstractNumId w:val="2"/>
  </w:num>
  <w:num w:numId="8" w16cid:durableId="572663738">
    <w:abstractNumId w:val="1"/>
  </w:num>
  <w:num w:numId="9" w16cid:durableId="7725590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26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522F"/>
    <w:rsid w:val="00896EAC"/>
    <w:rsid w:val="00A47C21"/>
    <w:rsid w:val="00AA1D8D"/>
    <w:rsid w:val="00B47730"/>
    <w:rsid w:val="00CB0664"/>
    <w:rsid w:val="00CB50F7"/>
    <w:rsid w:val="00CC4799"/>
    <w:rsid w:val="00CE43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C69A34F"/>
  <w14:defaultImageDpi w14:val="300"/>
  <w15:docId w15:val="{5D292E68-BBBB-5248-868E-2483E348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color w:val="171717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merexperience.com/best-things-to-do" TargetMode="External"/><Relationship Id="rId18" Type="http://schemas.openxmlformats.org/officeDocument/2006/relationships/hyperlink" Target="https://amerexperience.com/best-things-to-do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amerexperience.com/golf-tee-times" TargetMode="External"/><Relationship Id="rId17" Type="http://schemas.openxmlformats.org/officeDocument/2006/relationships/hyperlink" Target="https://amerexperience.com/200-Global-Travel-Guid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erexperience.com/golf-tee-times" TargetMode="External"/><Relationship Id="rId20" Type="http://schemas.openxmlformats.org/officeDocument/2006/relationships/hyperlink" Target="https://amerexperience.com/golf-tee-tim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erexperience.com/hotel-and-flight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amerexperience.com/best-things-to-do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merexperience.com/best-things-to-do" TargetMode="External"/><Relationship Id="rId19" Type="http://schemas.openxmlformats.org/officeDocument/2006/relationships/hyperlink" Target="https://amerexperience.com/hotel-and-fligh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erexperience.com/200-Global-Travel-Guides" TargetMode="External"/><Relationship Id="rId14" Type="http://schemas.openxmlformats.org/officeDocument/2006/relationships/hyperlink" Target="https://amerexperience.com/hotel-and-flight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AmerExperience Worldwide Trip Planner</dc:title>
  <dc:subject>Editable trip planning forms for destinations worldwide</dc:subject>
  <dc:creator>python-docx</dc:creator>
  <cp:keywords/>
  <dc:description>generated by python-docx</dc:description>
  <cp:lastModifiedBy>Econ. Lassi Pensikkala</cp:lastModifiedBy>
  <cp:revision>4</cp:revision>
  <dcterms:created xsi:type="dcterms:W3CDTF">2013-12-23T23:15:00Z</dcterms:created>
  <dcterms:modified xsi:type="dcterms:W3CDTF">2026-10-26T01:27:00Z</dcterms:modified>
  <cp:category/>
</cp:coreProperties>
</file>